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4EBC" w14:textId="77777777" w:rsidR="00E01F35" w:rsidRPr="004E1597" w:rsidRDefault="00000000">
      <w:pPr>
        <w:spacing w:after="0"/>
        <w:jc w:val="center"/>
        <w:rPr>
          <w:sz w:val="24"/>
          <w:szCs w:val="24"/>
        </w:rPr>
      </w:pPr>
      <w:r w:rsidRPr="004E1597">
        <w:rPr>
          <w:b/>
          <w:color w:val="1F4E79"/>
          <w:sz w:val="24"/>
          <w:szCs w:val="24"/>
        </w:rPr>
        <w:t>YAHYA KEMAL ULUSOY, Ph.D.</w:t>
      </w:r>
    </w:p>
    <w:p w14:paraId="65F77157" w14:textId="7F12374E" w:rsidR="00E01F35" w:rsidRPr="004E1597" w:rsidRDefault="00000000">
      <w:pPr>
        <w:spacing w:after="60" w:line="216" w:lineRule="auto"/>
        <w:jc w:val="center"/>
        <w:rPr>
          <w:sz w:val="24"/>
          <w:szCs w:val="24"/>
        </w:rPr>
      </w:pPr>
      <w:r w:rsidRPr="004E1597">
        <w:rPr>
          <w:sz w:val="24"/>
          <w:szCs w:val="24"/>
        </w:rPr>
        <w:t xml:space="preserve">Ankara, </w:t>
      </w:r>
      <w:proofErr w:type="gramStart"/>
      <w:r w:rsidRPr="004E1597">
        <w:rPr>
          <w:sz w:val="24"/>
          <w:szCs w:val="24"/>
        </w:rPr>
        <w:t>Türkiye  |</w:t>
      </w:r>
      <w:proofErr w:type="gramEnd"/>
      <w:r w:rsidRPr="004E1597">
        <w:rPr>
          <w:sz w:val="24"/>
          <w:szCs w:val="24"/>
        </w:rPr>
        <w:t xml:space="preserve">  +90 (505) 367 06 </w:t>
      </w:r>
      <w:proofErr w:type="gramStart"/>
      <w:r w:rsidRPr="004E1597">
        <w:rPr>
          <w:sz w:val="24"/>
          <w:szCs w:val="24"/>
        </w:rPr>
        <w:t>06  |</w:t>
      </w:r>
      <w:proofErr w:type="gramEnd"/>
      <w:r w:rsidRPr="004E1597">
        <w:rPr>
          <w:sz w:val="24"/>
          <w:szCs w:val="24"/>
        </w:rPr>
        <w:t xml:space="preserve">  ykulusoy@gmail.com </w:t>
      </w:r>
    </w:p>
    <w:p w14:paraId="60C3F7C9" w14:textId="0AC3EC1B" w:rsidR="00E01F35" w:rsidRPr="004E1597" w:rsidRDefault="00000000" w:rsidP="004E1597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AKADEMİK PROFİL</w:t>
      </w:r>
    </w:p>
    <w:p w14:paraId="5905CA69" w14:textId="78E0AEC2" w:rsidR="00E01F35" w:rsidRPr="004E1597" w:rsidRDefault="00000000">
      <w:pPr>
        <w:spacing w:after="4" w:line="226" w:lineRule="auto"/>
        <w:rPr>
          <w:sz w:val="24"/>
          <w:szCs w:val="24"/>
        </w:rPr>
      </w:pPr>
      <w:r w:rsidRPr="004E1597">
        <w:rPr>
          <w:sz w:val="24"/>
          <w:szCs w:val="24"/>
        </w:rPr>
        <w:t xml:space="preserve">İşletme/Yönetim ve Organizasyon alanında doktora derecesine sahip; savunma sanayii, teknoloji yönetimi, proje yönetimi ve dijital dönüşüm alanlarında 20 yılı aşkın uygulama deneyimi bulunan akademisyen ve teknoloji yöneticisi. </w:t>
      </w:r>
    </w:p>
    <w:p w14:paraId="4E3309AB" w14:textId="0A6EE0C6" w:rsidR="00E01F35" w:rsidRPr="004E1597" w:rsidRDefault="00000000" w:rsidP="00602FAF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ARAŞTIRMA VE ÖĞRETİM ALANLARI</w:t>
      </w:r>
    </w:p>
    <w:tbl>
      <w:tblPr>
        <w:tblW w:w="1032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670"/>
        <w:gridCol w:w="4652"/>
      </w:tblGrid>
      <w:tr w:rsidR="00E01F35" w:rsidRPr="004E1597" w14:paraId="145C0A46" w14:textId="77777777" w:rsidTr="009B555B">
        <w:trPr>
          <w:trHeight w:val="1451"/>
          <w:jc w:val="center"/>
        </w:trPr>
        <w:tc>
          <w:tcPr>
            <w:tcW w:w="5670" w:type="dxa"/>
          </w:tcPr>
          <w:p w14:paraId="1706B1B3" w14:textId="77777777" w:rsidR="00E01F35" w:rsidRPr="004E1597" w:rsidRDefault="00000000" w:rsidP="004E1597">
            <w:pPr>
              <w:spacing w:after="0" w:line="216" w:lineRule="auto"/>
              <w:ind w:left="30"/>
              <w:rPr>
                <w:sz w:val="24"/>
                <w:szCs w:val="24"/>
              </w:rPr>
            </w:pPr>
            <w:proofErr w:type="spellStart"/>
            <w:r w:rsidRPr="004E1597">
              <w:rPr>
                <w:b/>
                <w:color w:val="1F4E79"/>
                <w:sz w:val="24"/>
                <w:szCs w:val="24"/>
              </w:rPr>
              <w:t>Araştırma</w:t>
            </w:r>
            <w:proofErr w:type="spellEnd"/>
            <w:r w:rsidRPr="004E1597">
              <w:rPr>
                <w:b/>
                <w:color w:val="1F4E79"/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b/>
                <w:color w:val="1F4E79"/>
                <w:sz w:val="24"/>
                <w:szCs w:val="24"/>
              </w:rPr>
              <w:t>Alanları</w:t>
            </w:r>
            <w:proofErr w:type="spellEnd"/>
          </w:p>
          <w:p w14:paraId="76DBEBED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Dijital dönüşüm ve yapay zekânın örgütsel etkileri</w:t>
            </w:r>
          </w:p>
          <w:p w14:paraId="6DF6E35F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Örgütlerde güç, hiyerarşi ve birimlere güç dağılımı</w:t>
            </w:r>
          </w:p>
          <w:p w14:paraId="337DB284" w14:textId="3E9011FA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 xml:space="preserve">• </w:t>
            </w:r>
            <w:proofErr w:type="spellStart"/>
            <w:r w:rsidRPr="004E1597">
              <w:rPr>
                <w:sz w:val="24"/>
                <w:szCs w:val="24"/>
              </w:rPr>
              <w:t>Proje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yönetimi</w:t>
            </w:r>
            <w:proofErr w:type="spellEnd"/>
            <w:r w:rsidR="00E15314"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ve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teknoloji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stratejisi</w:t>
            </w:r>
            <w:proofErr w:type="spellEnd"/>
          </w:p>
          <w:p w14:paraId="7836474B" w14:textId="535BA896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 xml:space="preserve">• </w:t>
            </w:r>
            <w:proofErr w:type="spellStart"/>
            <w:r w:rsidRPr="004E1597">
              <w:rPr>
                <w:sz w:val="24"/>
                <w:szCs w:val="24"/>
              </w:rPr>
              <w:t>Sosyal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ağ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analizi</w:t>
            </w:r>
            <w:proofErr w:type="spellEnd"/>
          </w:p>
          <w:p w14:paraId="555A042D" w14:textId="770598EC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 xml:space="preserve">• </w:t>
            </w:r>
            <w:r w:rsidR="00A30E60" w:rsidRPr="004E1597">
              <w:rPr>
                <w:sz w:val="24"/>
                <w:szCs w:val="24"/>
              </w:rPr>
              <w:t>A</w:t>
            </w:r>
            <w:r w:rsidRPr="004E1597">
              <w:rPr>
                <w:sz w:val="24"/>
                <w:szCs w:val="24"/>
              </w:rPr>
              <w:t xml:space="preserve">kıllı </w:t>
            </w:r>
            <w:proofErr w:type="spellStart"/>
            <w:r w:rsidRPr="004E1597">
              <w:rPr>
                <w:sz w:val="24"/>
                <w:szCs w:val="24"/>
              </w:rPr>
              <w:t>operasyonlar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ve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teknoloji</w:t>
            </w:r>
            <w:proofErr w:type="spellEnd"/>
            <w:r w:rsidRPr="004E1597">
              <w:rPr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sz w:val="24"/>
                <w:szCs w:val="24"/>
              </w:rPr>
              <w:t>yönetimi</w:t>
            </w:r>
            <w:proofErr w:type="spellEnd"/>
          </w:p>
        </w:tc>
        <w:tc>
          <w:tcPr>
            <w:tcW w:w="4652" w:type="dxa"/>
          </w:tcPr>
          <w:p w14:paraId="795F1CF8" w14:textId="71F2C77F" w:rsidR="00E01F35" w:rsidRPr="004E1597" w:rsidRDefault="009B555B">
            <w:pPr>
              <w:spacing w:after="0" w:line="216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color w:val="1F4E79"/>
                <w:sz w:val="24"/>
                <w:szCs w:val="24"/>
              </w:rPr>
              <w:t>Verilen</w:t>
            </w:r>
            <w:proofErr w:type="spellEnd"/>
            <w:r>
              <w:rPr>
                <w:b/>
                <w:color w:val="1F4E79"/>
                <w:sz w:val="24"/>
                <w:szCs w:val="24"/>
              </w:rPr>
              <w:t xml:space="preserve"> Dersler / </w:t>
            </w:r>
            <w:proofErr w:type="spellStart"/>
            <w:r w:rsidRPr="004E1597">
              <w:rPr>
                <w:b/>
                <w:color w:val="1F4E79"/>
                <w:sz w:val="24"/>
                <w:szCs w:val="24"/>
              </w:rPr>
              <w:t>Öğretim</w:t>
            </w:r>
            <w:proofErr w:type="spellEnd"/>
            <w:r w:rsidRPr="004E1597">
              <w:rPr>
                <w:b/>
                <w:color w:val="1F4E79"/>
                <w:sz w:val="24"/>
                <w:szCs w:val="24"/>
              </w:rPr>
              <w:t xml:space="preserve"> </w:t>
            </w:r>
            <w:proofErr w:type="spellStart"/>
            <w:r w:rsidRPr="004E1597">
              <w:rPr>
                <w:b/>
                <w:color w:val="1F4E79"/>
                <w:sz w:val="24"/>
                <w:szCs w:val="24"/>
              </w:rPr>
              <w:t>Alanları</w:t>
            </w:r>
            <w:proofErr w:type="spellEnd"/>
          </w:p>
          <w:p w14:paraId="50E74224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Proje Yönetimi</w:t>
            </w:r>
          </w:p>
          <w:p w14:paraId="52E13638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Lojistik Yönetimi</w:t>
            </w:r>
          </w:p>
          <w:p w14:paraId="24E9E5B3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Dijital Dönüşüm ve Akıllı Operasyonlar</w:t>
            </w:r>
          </w:p>
          <w:p w14:paraId="3C1DD852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Teknoloji Yönetimi</w:t>
            </w:r>
          </w:p>
          <w:p w14:paraId="6000A8E4" w14:textId="77777777" w:rsidR="00E01F35" w:rsidRPr="004E1597" w:rsidRDefault="00000000">
            <w:pPr>
              <w:spacing w:after="0" w:line="216" w:lineRule="auto"/>
              <w:ind w:left="159" w:hanging="74"/>
              <w:rPr>
                <w:sz w:val="24"/>
                <w:szCs w:val="24"/>
              </w:rPr>
            </w:pPr>
            <w:r w:rsidRPr="004E1597">
              <w:rPr>
                <w:sz w:val="24"/>
                <w:szCs w:val="24"/>
              </w:rPr>
              <w:t>• Yapay zekâ destekli yönetim uygulamaları</w:t>
            </w:r>
          </w:p>
        </w:tc>
      </w:tr>
    </w:tbl>
    <w:p w14:paraId="2A02D1EF" w14:textId="27451BD8" w:rsidR="00E01F35" w:rsidRPr="004E1597" w:rsidRDefault="00000000" w:rsidP="00602FAF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EĞİTİM</w:t>
      </w:r>
    </w:p>
    <w:p w14:paraId="493C81A2" w14:textId="77777777" w:rsidR="00E01F35" w:rsidRPr="004E1597" w:rsidRDefault="00000000">
      <w:pPr>
        <w:spacing w:after="0" w:line="216" w:lineRule="auto"/>
        <w:rPr>
          <w:sz w:val="24"/>
          <w:szCs w:val="24"/>
        </w:rPr>
      </w:pPr>
      <w:r w:rsidRPr="004E1597">
        <w:rPr>
          <w:b/>
          <w:sz w:val="24"/>
          <w:szCs w:val="24"/>
        </w:rPr>
        <w:t>Doktora, İşletme - Yönetim ve Organizasyon</w:t>
      </w:r>
      <w:r w:rsidRPr="004E1597">
        <w:rPr>
          <w:sz w:val="24"/>
          <w:szCs w:val="24"/>
        </w:rPr>
        <w:t xml:space="preserve"> | Başkent Üniversitesi, Ankara | 2014-2021</w:t>
      </w:r>
    </w:p>
    <w:p w14:paraId="31460C74" w14:textId="77777777" w:rsidR="00E01F35" w:rsidRPr="004E1597" w:rsidRDefault="00000000">
      <w:pPr>
        <w:spacing w:after="0" w:line="216" w:lineRule="auto"/>
        <w:rPr>
          <w:sz w:val="24"/>
          <w:szCs w:val="24"/>
        </w:rPr>
      </w:pPr>
      <w:r w:rsidRPr="004E1597">
        <w:rPr>
          <w:b/>
          <w:sz w:val="24"/>
          <w:szCs w:val="24"/>
        </w:rPr>
        <w:t>MBA, İşletme Yüksek Lisansı</w:t>
      </w:r>
      <w:r w:rsidRPr="004E1597">
        <w:rPr>
          <w:sz w:val="24"/>
          <w:szCs w:val="24"/>
        </w:rPr>
        <w:t xml:space="preserve"> | Bilkent Üniversitesi, Ankara | 1998-2000</w:t>
      </w:r>
    </w:p>
    <w:p w14:paraId="6758877E" w14:textId="1C9A0F2E" w:rsidR="00E01F35" w:rsidRPr="004E1597" w:rsidRDefault="00000000">
      <w:pPr>
        <w:spacing w:after="0" w:line="216" w:lineRule="auto"/>
        <w:rPr>
          <w:sz w:val="24"/>
          <w:szCs w:val="24"/>
        </w:rPr>
      </w:pPr>
      <w:r w:rsidRPr="004E1597">
        <w:rPr>
          <w:b/>
          <w:sz w:val="24"/>
          <w:szCs w:val="24"/>
        </w:rPr>
        <w:t>Lisans, Elektrik ve Elektronik Mühendisliği</w:t>
      </w:r>
      <w:r w:rsidRPr="004E1597">
        <w:rPr>
          <w:sz w:val="24"/>
          <w:szCs w:val="24"/>
        </w:rPr>
        <w:t xml:space="preserve"> | Orta Doğu Teknik </w:t>
      </w:r>
      <w:proofErr w:type="spellStart"/>
      <w:r w:rsidRPr="004E1597">
        <w:rPr>
          <w:sz w:val="24"/>
          <w:szCs w:val="24"/>
        </w:rPr>
        <w:t>Üniversitesi</w:t>
      </w:r>
      <w:proofErr w:type="spellEnd"/>
      <w:r w:rsidRPr="004E1597">
        <w:rPr>
          <w:sz w:val="24"/>
          <w:szCs w:val="24"/>
        </w:rPr>
        <w:t>, Ankara | 1994-1998</w:t>
      </w:r>
    </w:p>
    <w:p w14:paraId="4A52E64F" w14:textId="2D04D608" w:rsidR="00E01F35" w:rsidRPr="004E1597" w:rsidRDefault="00000000" w:rsidP="00602FAF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AKADEMİK DENEYİM</w:t>
      </w:r>
    </w:p>
    <w:p w14:paraId="400C1357" w14:textId="77777777" w:rsidR="009B555B" w:rsidRPr="009B555B" w:rsidRDefault="009B555B" w:rsidP="009B555B">
      <w:pPr>
        <w:pStyle w:val="CVRole"/>
        <w:rPr>
          <w:b w:val="0"/>
          <w:bCs/>
          <w:sz w:val="24"/>
          <w:szCs w:val="24"/>
        </w:rPr>
      </w:pPr>
      <w:proofErr w:type="spellStart"/>
      <w:r w:rsidRPr="009B555B">
        <w:rPr>
          <w:b w:val="0"/>
          <w:bCs/>
          <w:sz w:val="24"/>
          <w:szCs w:val="24"/>
        </w:rPr>
        <w:t>Sektör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deneyimini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akademik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öğretimle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bütünleştiren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ve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uygulama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odaklı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ders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içeriklerinin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geliştirilmesi</w:t>
      </w:r>
      <w:proofErr w:type="spellEnd"/>
      <w:r w:rsidRPr="009B555B">
        <w:rPr>
          <w:b w:val="0"/>
          <w:bCs/>
          <w:sz w:val="24"/>
          <w:szCs w:val="24"/>
        </w:rPr>
        <w:t>.</w:t>
      </w:r>
    </w:p>
    <w:p w14:paraId="60E3EB7A" w14:textId="110DA45A" w:rsidR="009B555B" w:rsidRDefault="00000000" w:rsidP="009B555B">
      <w:pPr>
        <w:pStyle w:val="CVRole"/>
        <w:spacing w:before="120"/>
        <w:rPr>
          <w:sz w:val="24"/>
          <w:szCs w:val="24"/>
        </w:rPr>
      </w:pPr>
      <w:proofErr w:type="spellStart"/>
      <w:r w:rsidRPr="004E1597">
        <w:rPr>
          <w:sz w:val="24"/>
          <w:szCs w:val="24"/>
        </w:rPr>
        <w:t>Yarı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Zamanlı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Öğretim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Görevlisi</w:t>
      </w:r>
      <w:proofErr w:type="spellEnd"/>
      <w:r w:rsidRPr="004E1597">
        <w:rPr>
          <w:sz w:val="24"/>
          <w:szCs w:val="24"/>
        </w:rPr>
        <w:t xml:space="preserve"> | </w:t>
      </w:r>
      <w:proofErr w:type="spellStart"/>
      <w:r w:rsidRPr="004E1597">
        <w:rPr>
          <w:sz w:val="24"/>
          <w:szCs w:val="24"/>
        </w:rPr>
        <w:t>Başkent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Üniversitesi</w:t>
      </w:r>
      <w:proofErr w:type="spellEnd"/>
      <w:r w:rsidR="009B555B">
        <w:rPr>
          <w:sz w:val="24"/>
          <w:szCs w:val="24"/>
        </w:rPr>
        <w:t xml:space="preserve">, </w:t>
      </w:r>
      <w:r w:rsidR="009B555B" w:rsidRPr="004E1597">
        <w:rPr>
          <w:sz w:val="24"/>
          <w:szCs w:val="24"/>
        </w:rPr>
        <w:t>Ankara |202</w:t>
      </w:r>
      <w:r w:rsidR="009B555B">
        <w:rPr>
          <w:sz w:val="24"/>
          <w:szCs w:val="24"/>
        </w:rPr>
        <w:t>0-</w:t>
      </w:r>
      <w:r w:rsidR="009B555B" w:rsidRPr="004E1597">
        <w:rPr>
          <w:sz w:val="24"/>
          <w:szCs w:val="24"/>
        </w:rPr>
        <w:t>Günümüz</w:t>
      </w:r>
    </w:p>
    <w:p w14:paraId="7F07B9BA" w14:textId="0271AB59" w:rsidR="009B555B" w:rsidRPr="009B555B" w:rsidRDefault="009B555B" w:rsidP="009B555B">
      <w:pPr>
        <w:pStyle w:val="CVRole"/>
        <w:numPr>
          <w:ilvl w:val="0"/>
          <w:numId w:val="10"/>
        </w:numPr>
        <w:ind w:left="284" w:hanging="142"/>
        <w:rPr>
          <w:b w:val="0"/>
          <w:sz w:val="24"/>
          <w:szCs w:val="24"/>
        </w:rPr>
      </w:pPr>
      <w:proofErr w:type="spellStart"/>
      <w:r w:rsidRPr="009B555B">
        <w:rPr>
          <w:b w:val="0"/>
          <w:sz w:val="24"/>
          <w:szCs w:val="24"/>
        </w:rPr>
        <w:t>Proje</w:t>
      </w:r>
      <w:proofErr w:type="spellEnd"/>
      <w:r w:rsidRPr="009B555B">
        <w:rPr>
          <w:b w:val="0"/>
          <w:sz w:val="24"/>
          <w:szCs w:val="24"/>
        </w:rPr>
        <w:t xml:space="preserve"> Yönetimi, </w:t>
      </w:r>
      <w:proofErr w:type="spellStart"/>
      <w:r w:rsidRPr="009B555B">
        <w:rPr>
          <w:b w:val="0"/>
          <w:sz w:val="24"/>
          <w:szCs w:val="24"/>
        </w:rPr>
        <w:t>Lojistik</w:t>
      </w:r>
      <w:proofErr w:type="spellEnd"/>
      <w:r w:rsidRPr="009B555B">
        <w:rPr>
          <w:b w:val="0"/>
          <w:sz w:val="24"/>
          <w:szCs w:val="24"/>
        </w:rPr>
        <w:t xml:space="preserve"> </w:t>
      </w:r>
      <w:proofErr w:type="spellStart"/>
      <w:r w:rsidRPr="009B555B">
        <w:rPr>
          <w:b w:val="0"/>
          <w:sz w:val="24"/>
          <w:szCs w:val="24"/>
        </w:rPr>
        <w:t>Yönetimi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derslerinin</w:t>
      </w:r>
      <w:proofErr w:type="spellEnd"/>
      <w:r w:rsidRPr="009B555B">
        <w:rPr>
          <w:b w:val="0"/>
          <w:bCs/>
          <w:sz w:val="24"/>
          <w:szCs w:val="24"/>
        </w:rPr>
        <w:t xml:space="preserve"> </w:t>
      </w:r>
      <w:proofErr w:type="spellStart"/>
      <w:r w:rsidRPr="009B555B">
        <w:rPr>
          <w:b w:val="0"/>
          <w:bCs/>
          <w:sz w:val="24"/>
          <w:szCs w:val="24"/>
        </w:rPr>
        <w:t>yürütülmesi</w:t>
      </w:r>
      <w:proofErr w:type="spellEnd"/>
      <w:r w:rsidRPr="009B555B">
        <w:rPr>
          <w:b w:val="0"/>
          <w:bCs/>
          <w:sz w:val="24"/>
          <w:szCs w:val="24"/>
        </w:rPr>
        <w:t>.</w:t>
      </w:r>
    </w:p>
    <w:p w14:paraId="695A3000" w14:textId="6FBA96A1" w:rsidR="00E01F35" w:rsidRPr="004E1597" w:rsidRDefault="009B555B">
      <w:pPr>
        <w:pStyle w:val="CVRole"/>
        <w:rPr>
          <w:sz w:val="24"/>
          <w:szCs w:val="24"/>
        </w:rPr>
      </w:pPr>
      <w:proofErr w:type="spellStart"/>
      <w:r w:rsidRPr="004E1597">
        <w:rPr>
          <w:sz w:val="24"/>
          <w:szCs w:val="24"/>
        </w:rPr>
        <w:t>Yarı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Zamanlı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Öğretim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Görevlisi</w:t>
      </w:r>
      <w:proofErr w:type="spellEnd"/>
      <w:r w:rsidRPr="004E1597">
        <w:rPr>
          <w:sz w:val="24"/>
          <w:szCs w:val="24"/>
        </w:rPr>
        <w:t xml:space="preserve"> | TED </w:t>
      </w:r>
      <w:proofErr w:type="spellStart"/>
      <w:r w:rsidRPr="004E1597">
        <w:rPr>
          <w:sz w:val="24"/>
          <w:szCs w:val="24"/>
        </w:rPr>
        <w:t>Üniversitesi</w:t>
      </w:r>
      <w:proofErr w:type="spellEnd"/>
      <w:r w:rsidRPr="004E1597">
        <w:rPr>
          <w:sz w:val="24"/>
          <w:szCs w:val="24"/>
        </w:rPr>
        <w:t>, Ankara |202</w:t>
      </w:r>
      <w:r w:rsidR="004E1597">
        <w:rPr>
          <w:sz w:val="24"/>
          <w:szCs w:val="24"/>
        </w:rPr>
        <w:t>5-</w:t>
      </w:r>
      <w:r w:rsidRPr="004E1597">
        <w:rPr>
          <w:sz w:val="24"/>
          <w:szCs w:val="24"/>
        </w:rPr>
        <w:t>Günümüz</w:t>
      </w:r>
    </w:p>
    <w:p w14:paraId="43F05EE5" w14:textId="1A2EB24E" w:rsidR="00E01F35" w:rsidRPr="004E1597" w:rsidRDefault="00000000">
      <w:pPr>
        <w:spacing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 xml:space="preserve">• </w:t>
      </w:r>
      <w:proofErr w:type="spellStart"/>
      <w:r w:rsidRPr="004E1597">
        <w:rPr>
          <w:sz w:val="24"/>
          <w:szCs w:val="24"/>
        </w:rPr>
        <w:t>Proje</w:t>
      </w:r>
      <w:proofErr w:type="spellEnd"/>
      <w:r w:rsidRPr="004E1597">
        <w:rPr>
          <w:sz w:val="24"/>
          <w:szCs w:val="24"/>
        </w:rPr>
        <w:t xml:space="preserve"> Yönetimi, </w:t>
      </w:r>
      <w:proofErr w:type="spellStart"/>
      <w:r w:rsidR="009B555B">
        <w:rPr>
          <w:sz w:val="24"/>
          <w:szCs w:val="24"/>
        </w:rPr>
        <w:t>D</w:t>
      </w:r>
      <w:r w:rsidRPr="004E1597">
        <w:rPr>
          <w:sz w:val="24"/>
          <w:szCs w:val="24"/>
        </w:rPr>
        <w:t>ijital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Dönüşüm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ve</w:t>
      </w:r>
      <w:proofErr w:type="spellEnd"/>
      <w:r w:rsidRPr="004E1597">
        <w:rPr>
          <w:sz w:val="24"/>
          <w:szCs w:val="24"/>
        </w:rPr>
        <w:t xml:space="preserve"> Akıllı </w:t>
      </w:r>
      <w:proofErr w:type="spellStart"/>
      <w:r w:rsidRPr="004E1597">
        <w:rPr>
          <w:sz w:val="24"/>
          <w:szCs w:val="24"/>
        </w:rPr>
        <w:t>Operasyonlar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derslerinin</w:t>
      </w:r>
      <w:proofErr w:type="spellEnd"/>
      <w:r w:rsidRPr="004E1597">
        <w:rPr>
          <w:sz w:val="24"/>
          <w:szCs w:val="24"/>
        </w:rPr>
        <w:t xml:space="preserve"> yürütülmesi.</w:t>
      </w:r>
    </w:p>
    <w:p w14:paraId="69B57CF5" w14:textId="188E21CE" w:rsidR="00E01F35" w:rsidRPr="004E1597" w:rsidRDefault="00000000" w:rsidP="00602FAF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YAYINLAR VE AKADEMİK ÇALIŞMALAR</w:t>
      </w:r>
    </w:p>
    <w:p w14:paraId="7287ADEC" w14:textId="12654C2C" w:rsidR="00E01F35" w:rsidRPr="004E1597" w:rsidRDefault="00000000" w:rsidP="00A30E60">
      <w:pPr>
        <w:spacing w:before="20"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 xml:space="preserve">• Ulusoy, Y. K., &amp; Sözen, H. C. (2025). A contemporary approach on how organizations distribute power to units? In A. Lazazzara &amp; V. L. Tüzüner (Eds.), The Future of Work and Work Design: Research and Practice (pp. 31-45). Emerald Publishing Limited. </w:t>
      </w:r>
    </w:p>
    <w:p w14:paraId="5A283EA7" w14:textId="79A036DA" w:rsidR="00E01F35" w:rsidRPr="004E1597" w:rsidRDefault="00000000" w:rsidP="00A30E60">
      <w:pPr>
        <w:spacing w:before="20"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>• Çağatay, H. T., Ulusoy, Y. K., &amp; Sözen, H. C. Network analysis of physician mobility in Istanbul’s private hospitals, Türkiye. Asia Pacific Journal of Health Management; değerlendirme aşamasında.</w:t>
      </w:r>
    </w:p>
    <w:p w14:paraId="54F879B0" w14:textId="307A5063" w:rsidR="00E01F35" w:rsidRPr="004E1597" w:rsidRDefault="00000000" w:rsidP="00A30E60">
      <w:pPr>
        <w:spacing w:before="20"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 xml:space="preserve">• Ulusoy, Y. K. (2024). As individuals, which group in the organizational hierarchy do employees feel they belong to more, and how do they determine this? </w:t>
      </w:r>
      <w:r w:rsidR="00E15314" w:rsidRPr="004E1597">
        <w:rPr>
          <w:sz w:val="24"/>
          <w:szCs w:val="24"/>
        </w:rPr>
        <w:t xml:space="preserve">Türk </w:t>
      </w:r>
      <w:proofErr w:type="spellStart"/>
      <w:r w:rsidR="00E15314" w:rsidRPr="004E1597">
        <w:rPr>
          <w:sz w:val="24"/>
          <w:szCs w:val="24"/>
        </w:rPr>
        <w:t>Yönetim</w:t>
      </w:r>
      <w:proofErr w:type="spellEnd"/>
      <w:r w:rsidR="00E15314" w:rsidRPr="004E1597">
        <w:rPr>
          <w:sz w:val="24"/>
          <w:szCs w:val="24"/>
        </w:rPr>
        <w:t xml:space="preserve"> </w:t>
      </w:r>
      <w:proofErr w:type="spellStart"/>
      <w:r w:rsidR="00E15314" w:rsidRPr="004E1597">
        <w:rPr>
          <w:sz w:val="24"/>
          <w:szCs w:val="24"/>
        </w:rPr>
        <w:t>Akademisi</w:t>
      </w:r>
      <w:proofErr w:type="spellEnd"/>
      <w:r w:rsidR="00E15314" w:rsidRPr="004E1597">
        <w:rPr>
          <w:sz w:val="24"/>
          <w:szCs w:val="24"/>
        </w:rPr>
        <w:t xml:space="preserve"> </w:t>
      </w:r>
      <w:proofErr w:type="spellStart"/>
      <w:r w:rsidR="00E15314" w:rsidRPr="004E1597">
        <w:rPr>
          <w:sz w:val="24"/>
          <w:szCs w:val="24"/>
        </w:rPr>
        <w:t>Derneği</w:t>
      </w:r>
      <w:proofErr w:type="spellEnd"/>
      <w:r w:rsidR="00E15314" w:rsidRPr="004E1597">
        <w:rPr>
          <w:sz w:val="24"/>
          <w:szCs w:val="24"/>
        </w:rPr>
        <w:t xml:space="preserve"> </w:t>
      </w:r>
      <w:proofErr w:type="spellStart"/>
      <w:r w:rsidR="00E15314" w:rsidRPr="004E1597">
        <w:rPr>
          <w:sz w:val="24"/>
          <w:szCs w:val="24"/>
        </w:rPr>
        <w:t>Yıllık</w:t>
      </w:r>
      <w:proofErr w:type="spellEnd"/>
      <w:r w:rsidR="00E15314" w:rsidRPr="004E1597">
        <w:rPr>
          <w:sz w:val="24"/>
          <w:szCs w:val="24"/>
        </w:rPr>
        <w:t xml:space="preserve"> </w:t>
      </w:r>
      <w:proofErr w:type="spellStart"/>
      <w:r w:rsidR="00E15314" w:rsidRPr="004E1597">
        <w:rPr>
          <w:sz w:val="24"/>
          <w:szCs w:val="24"/>
        </w:rPr>
        <w:t>Toplantısı</w:t>
      </w:r>
      <w:proofErr w:type="spellEnd"/>
      <w:r w:rsidR="00E15314" w:rsidRPr="004E1597">
        <w:rPr>
          <w:sz w:val="24"/>
          <w:szCs w:val="24"/>
        </w:rPr>
        <w:t xml:space="preserve"> Bildirisi</w:t>
      </w:r>
      <w:r w:rsidRPr="004E1597">
        <w:rPr>
          <w:sz w:val="24"/>
          <w:szCs w:val="24"/>
        </w:rPr>
        <w:t xml:space="preserve">, İstanbul </w:t>
      </w:r>
      <w:proofErr w:type="spellStart"/>
      <w:r w:rsidRPr="004E1597">
        <w:rPr>
          <w:sz w:val="24"/>
          <w:szCs w:val="24"/>
        </w:rPr>
        <w:t>Universi</w:t>
      </w:r>
      <w:r w:rsidR="00E15314" w:rsidRPr="004E1597">
        <w:rPr>
          <w:sz w:val="24"/>
          <w:szCs w:val="24"/>
        </w:rPr>
        <w:t>tesi</w:t>
      </w:r>
      <w:proofErr w:type="spellEnd"/>
      <w:r w:rsidR="00E15314" w:rsidRPr="004E1597">
        <w:rPr>
          <w:sz w:val="24"/>
          <w:szCs w:val="24"/>
        </w:rPr>
        <w:t>,</w:t>
      </w:r>
      <w:r w:rsidRPr="004E1597">
        <w:rPr>
          <w:sz w:val="24"/>
          <w:szCs w:val="24"/>
        </w:rPr>
        <w:t xml:space="preserve"> 2-5 September 2024.</w:t>
      </w:r>
    </w:p>
    <w:p w14:paraId="5B6139CA" w14:textId="47E6B237" w:rsidR="00E01F35" w:rsidRPr="004E1597" w:rsidRDefault="00000000" w:rsidP="00602FAF">
      <w:pPr>
        <w:pStyle w:val="CVHeading"/>
        <w:pBdr>
          <w:bottom w:val="single" w:sz="4" w:space="1" w:color="BFBFBF"/>
        </w:pBdr>
        <w:spacing w:before="120"/>
        <w:rPr>
          <w:sz w:val="24"/>
          <w:szCs w:val="24"/>
        </w:rPr>
      </w:pPr>
      <w:r w:rsidRPr="004E1597">
        <w:rPr>
          <w:sz w:val="24"/>
          <w:szCs w:val="24"/>
        </w:rPr>
        <w:t>PROFESYONEL DENEYİM</w:t>
      </w:r>
    </w:p>
    <w:p w14:paraId="3BF2E6F4" w14:textId="77777777" w:rsidR="00E01F35" w:rsidRPr="004E1597" w:rsidRDefault="00000000">
      <w:pPr>
        <w:pStyle w:val="CVRole"/>
        <w:rPr>
          <w:sz w:val="24"/>
          <w:szCs w:val="24"/>
        </w:rPr>
      </w:pPr>
      <w:r w:rsidRPr="004E1597">
        <w:rPr>
          <w:sz w:val="24"/>
          <w:szCs w:val="24"/>
        </w:rPr>
        <w:t>Teknoloji Yöneticisi ve Proje Yönetim Ofisi (PMO) Lideri | ASELSAN, Ankara | 2022-2024</w:t>
      </w:r>
    </w:p>
    <w:p w14:paraId="7093000B" w14:textId="77777777" w:rsidR="00E01F35" w:rsidRPr="004E1597" w:rsidRDefault="00000000">
      <w:pPr>
        <w:spacing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>• Stratejik teknoloji geliştirme programlarına, dijital dönüşüm girişimlerine ve yapay zekâ odaklı çalışmaların koordinasyonuna liderlik.</w:t>
      </w:r>
    </w:p>
    <w:p w14:paraId="5275AB4B" w14:textId="77777777" w:rsidR="00E01F35" w:rsidRPr="004E1597" w:rsidRDefault="00000000">
      <w:pPr>
        <w:spacing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>• Kurumsal proje yönetimi süreçlerinin dijitalleşmesi, performans takibi ve karar destek altyapılarının geliştirilmesi.</w:t>
      </w:r>
    </w:p>
    <w:p w14:paraId="07393B7C" w14:textId="77777777" w:rsidR="00E01F35" w:rsidRPr="004E1597" w:rsidRDefault="00000000">
      <w:pPr>
        <w:pStyle w:val="CVRole"/>
        <w:rPr>
          <w:sz w:val="24"/>
          <w:szCs w:val="24"/>
        </w:rPr>
      </w:pPr>
      <w:r w:rsidRPr="004E1597">
        <w:rPr>
          <w:sz w:val="24"/>
          <w:szCs w:val="24"/>
        </w:rPr>
        <w:t>Proje / Program Yöneticisi | ASELSAN, Ankara | 2004-2021</w:t>
      </w:r>
    </w:p>
    <w:p w14:paraId="39ABB25A" w14:textId="77777777" w:rsidR="00E01F35" w:rsidRPr="004E1597" w:rsidRDefault="00000000">
      <w:pPr>
        <w:spacing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>• Büyük ölçekli savunma ve haberleşme sistemi projelerinin yaşam döngüsü boyunca yönetimi; disiplinler arası ekip koordinasyonu, paydaş yönetimi, teklif geliştirme, sözleşme müzakereleri ve tedarik stratejilerine liderlik.</w:t>
      </w:r>
    </w:p>
    <w:p w14:paraId="0AE60A47" w14:textId="77777777" w:rsidR="00E01F35" w:rsidRPr="004E1597" w:rsidRDefault="00000000">
      <w:pPr>
        <w:pStyle w:val="CVRole"/>
        <w:rPr>
          <w:sz w:val="24"/>
          <w:szCs w:val="24"/>
        </w:rPr>
      </w:pPr>
      <w:r w:rsidRPr="004E1597">
        <w:rPr>
          <w:sz w:val="24"/>
          <w:szCs w:val="24"/>
        </w:rPr>
        <w:t>Sistem ve Üretim Mühendisi | ASELSAN, Ankara | 1998-2003</w:t>
      </w:r>
    </w:p>
    <w:p w14:paraId="362508A1" w14:textId="6544E808" w:rsidR="00E01F35" w:rsidRPr="004E1597" w:rsidRDefault="00000000">
      <w:pPr>
        <w:spacing w:after="5" w:line="223" w:lineRule="auto"/>
        <w:ind w:left="176" w:hanging="85"/>
        <w:rPr>
          <w:sz w:val="24"/>
          <w:szCs w:val="24"/>
        </w:rPr>
      </w:pPr>
      <w:r w:rsidRPr="004E1597">
        <w:rPr>
          <w:sz w:val="24"/>
          <w:szCs w:val="24"/>
        </w:rPr>
        <w:t xml:space="preserve">• </w:t>
      </w:r>
      <w:proofErr w:type="spellStart"/>
      <w:r w:rsidR="00771CD7">
        <w:rPr>
          <w:sz w:val="24"/>
          <w:szCs w:val="24"/>
        </w:rPr>
        <w:t>İ</w:t>
      </w:r>
      <w:r w:rsidRPr="004E1597">
        <w:rPr>
          <w:sz w:val="24"/>
          <w:szCs w:val="24"/>
        </w:rPr>
        <w:t>nsansız</w:t>
      </w:r>
      <w:proofErr w:type="spellEnd"/>
      <w:r w:rsidRPr="004E1597">
        <w:rPr>
          <w:sz w:val="24"/>
          <w:szCs w:val="24"/>
        </w:rPr>
        <w:t xml:space="preserve"> </w:t>
      </w:r>
      <w:r w:rsidR="00771CD7">
        <w:rPr>
          <w:sz w:val="24"/>
          <w:szCs w:val="24"/>
        </w:rPr>
        <w:t xml:space="preserve">kara </w:t>
      </w:r>
      <w:proofErr w:type="spellStart"/>
      <w:r w:rsidR="00771CD7">
        <w:rPr>
          <w:sz w:val="24"/>
          <w:szCs w:val="24"/>
        </w:rPr>
        <w:t>ve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deniz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araçları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sistem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tasarım</w:t>
      </w:r>
      <w:r w:rsidR="00771CD7">
        <w:rPr>
          <w:sz w:val="24"/>
          <w:szCs w:val="24"/>
        </w:rPr>
        <w:t>ı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ve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uydu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h</w:t>
      </w:r>
      <w:r w:rsidR="00771CD7" w:rsidRPr="004E1597">
        <w:rPr>
          <w:sz w:val="24"/>
          <w:szCs w:val="24"/>
        </w:rPr>
        <w:t>aberleşme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="00771CD7">
        <w:rPr>
          <w:sz w:val="24"/>
          <w:szCs w:val="24"/>
        </w:rPr>
        <w:t>sistemleri</w:t>
      </w:r>
      <w:proofErr w:type="spellEnd"/>
      <w:r w:rsidR="00771CD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entegrasyon</w:t>
      </w:r>
      <w:proofErr w:type="spellEnd"/>
      <w:r w:rsidRPr="004E1597">
        <w:rPr>
          <w:sz w:val="24"/>
          <w:szCs w:val="24"/>
        </w:rPr>
        <w:t xml:space="preserve">, test </w:t>
      </w:r>
      <w:proofErr w:type="spellStart"/>
      <w:r w:rsidRPr="004E1597">
        <w:rPr>
          <w:sz w:val="24"/>
          <w:szCs w:val="24"/>
        </w:rPr>
        <w:t>ve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operasyonel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doğrulama</w:t>
      </w:r>
      <w:proofErr w:type="spellEnd"/>
      <w:r w:rsidRPr="004E1597">
        <w:rPr>
          <w:sz w:val="24"/>
          <w:szCs w:val="24"/>
        </w:rPr>
        <w:t xml:space="preserve"> </w:t>
      </w:r>
      <w:proofErr w:type="spellStart"/>
      <w:r w:rsidRPr="004E1597">
        <w:rPr>
          <w:sz w:val="24"/>
          <w:szCs w:val="24"/>
        </w:rPr>
        <w:t>faaliyetlerinde</w:t>
      </w:r>
      <w:proofErr w:type="spellEnd"/>
      <w:r w:rsidRPr="004E1597">
        <w:rPr>
          <w:sz w:val="24"/>
          <w:szCs w:val="24"/>
        </w:rPr>
        <w:t xml:space="preserve"> görev alma.</w:t>
      </w:r>
    </w:p>
    <w:sectPr w:rsidR="00E01F35" w:rsidRPr="004E1597" w:rsidSect="009B555B">
      <w:pgSz w:w="11906" w:h="16838" w:code="9"/>
      <w:pgMar w:top="709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D052F1"/>
    <w:multiLevelType w:val="hybridMultilevel"/>
    <w:tmpl w:val="5124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624043">
    <w:abstractNumId w:val="8"/>
  </w:num>
  <w:num w:numId="2" w16cid:durableId="2111463246">
    <w:abstractNumId w:val="6"/>
  </w:num>
  <w:num w:numId="3" w16cid:durableId="1664746487">
    <w:abstractNumId w:val="5"/>
  </w:num>
  <w:num w:numId="4" w16cid:durableId="841553868">
    <w:abstractNumId w:val="4"/>
  </w:num>
  <w:num w:numId="5" w16cid:durableId="1834031478">
    <w:abstractNumId w:val="7"/>
  </w:num>
  <w:num w:numId="6" w16cid:durableId="218173049">
    <w:abstractNumId w:val="3"/>
  </w:num>
  <w:num w:numId="7" w16cid:durableId="1281843519">
    <w:abstractNumId w:val="2"/>
  </w:num>
  <w:num w:numId="8" w16cid:durableId="83383460">
    <w:abstractNumId w:val="1"/>
  </w:num>
  <w:num w:numId="9" w16cid:durableId="320811985">
    <w:abstractNumId w:val="0"/>
  </w:num>
  <w:num w:numId="10" w16cid:durableId="1530295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188"/>
    <w:rsid w:val="0006063C"/>
    <w:rsid w:val="0015074B"/>
    <w:rsid w:val="0029639D"/>
    <w:rsid w:val="00326F90"/>
    <w:rsid w:val="00414E41"/>
    <w:rsid w:val="0043116E"/>
    <w:rsid w:val="004948C0"/>
    <w:rsid w:val="004E1597"/>
    <w:rsid w:val="00602FAF"/>
    <w:rsid w:val="0064557A"/>
    <w:rsid w:val="00771CD7"/>
    <w:rsid w:val="008831BC"/>
    <w:rsid w:val="009B555B"/>
    <w:rsid w:val="00A30E60"/>
    <w:rsid w:val="00AA1D8D"/>
    <w:rsid w:val="00B47730"/>
    <w:rsid w:val="00C315A5"/>
    <w:rsid w:val="00CB0664"/>
    <w:rsid w:val="00E01F35"/>
    <w:rsid w:val="00E15314"/>
    <w:rsid w:val="00FC693F"/>
    <w:rsid w:val="00F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6075C"/>
  <w14:defaultImageDpi w14:val="300"/>
  <w15:docId w15:val="{969A0E16-9A40-4A01-8D5D-9ED35F34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" w:line="228" w:lineRule="auto"/>
    </w:pPr>
    <w:rPr>
      <w:rFonts w:ascii="Calibri" w:eastAsia="Calibri" w:hAnsi="Calibri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Heading">
    <w:name w:val="CV Heading"/>
    <w:pPr>
      <w:keepNext/>
      <w:spacing w:before="76" w:after="20" w:line="216" w:lineRule="auto"/>
    </w:pPr>
    <w:rPr>
      <w:rFonts w:ascii="Calibri" w:eastAsia="Calibri" w:hAnsi="Calibri"/>
      <w:b/>
      <w:color w:val="1F4E79"/>
      <w:sz w:val="18"/>
    </w:rPr>
  </w:style>
  <w:style w:type="paragraph" w:customStyle="1" w:styleId="CVRole">
    <w:name w:val="CV Role"/>
    <w:pPr>
      <w:keepNext/>
      <w:spacing w:before="24" w:after="0" w:line="228" w:lineRule="auto"/>
    </w:pPr>
    <w:rPr>
      <w:rFonts w:ascii="Calibri" w:eastAsia="Calibri" w:hAnsi="Calibri"/>
      <w:b/>
      <w:sz w:val="16"/>
    </w:rPr>
  </w:style>
  <w:style w:type="paragraph" w:customStyle="1" w:styleId="CVSmall">
    <w:name w:val="CV Small"/>
    <w:pPr>
      <w:spacing w:after="0" w:line="216" w:lineRule="auto"/>
    </w:pPr>
    <w:rPr>
      <w:rFonts w:ascii="Calibri" w:eastAsia="Calibri" w:hAnsi="Calibri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yahya kemal ulusoy</cp:lastModifiedBy>
  <cp:revision>3</cp:revision>
  <cp:lastPrinted>2026-05-15T11:04:00Z</cp:lastPrinted>
  <dcterms:created xsi:type="dcterms:W3CDTF">2026-06-22T08:25:00Z</dcterms:created>
  <dcterms:modified xsi:type="dcterms:W3CDTF">2026-06-22T08:26:00Z</dcterms:modified>
  <cp:category/>
</cp:coreProperties>
</file>